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97A6D" w14:textId="591005DA" w:rsidR="008F3169" w:rsidRDefault="0086690C" w:rsidP="00201341">
      <w:pPr>
        <w:pStyle w:val="Nagwek1"/>
        <w:spacing w:line="360" w:lineRule="auto"/>
        <w:jc w:val="center"/>
        <w:rPr>
          <w:rFonts w:cstheme="majorHAnsi"/>
          <w:color w:val="000000" w:themeColor="text1"/>
          <w:sz w:val="24"/>
          <w:szCs w:val="24"/>
        </w:rPr>
      </w:pPr>
      <w:r w:rsidRPr="009D0122">
        <w:rPr>
          <w:rFonts w:cstheme="majorHAnsi"/>
          <w:color w:val="000000" w:themeColor="text1"/>
          <w:sz w:val="24"/>
          <w:szCs w:val="24"/>
        </w:rPr>
        <w:t xml:space="preserve">REGULAMIN WYSTAWY PSÓW </w:t>
      </w:r>
      <w:r w:rsidR="00201341">
        <w:rPr>
          <w:rFonts w:cstheme="majorHAnsi"/>
          <w:color w:val="000000" w:themeColor="text1"/>
          <w:sz w:val="24"/>
          <w:szCs w:val="24"/>
        </w:rPr>
        <w:t>NIERASOWYCH</w:t>
      </w:r>
    </w:p>
    <w:p w14:paraId="3F94FBC4" w14:textId="77777777" w:rsidR="00201341" w:rsidRPr="00201341" w:rsidRDefault="00201341" w:rsidP="00201341"/>
    <w:p w14:paraId="1A1A89AE" w14:textId="64FEB288" w:rsidR="008F3169" w:rsidRPr="009D0122" w:rsidRDefault="0086690C" w:rsidP="000F71B3">
      <w:p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D0122">
        <w:rPr>
          <w:rFonts w:asciiTheme="majorHAnsi" w:hAnsiTheme="majorHAnsi" w:cstheme="majorHAnsi"/>
          <w:b/>
          <w:color w:val="000000" w:themeColor="text1"/>
          <w:sz w:val="24"/>
          <w:szCs w:val="24"/>
        </w:rPr>
        <w:t xml:space="preserve">Nazwa wydarzenia: </w:t>
      </w:r>
      <w:r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Wystawa </w:t>
      </w:r>
      <w:r w:rsidR="00846B6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psów nierasowych </w:t>
      </w:r>
    </w:p>
    <w:p w14:paraId="2A1325D3" w14:textId="77777777" w:rsidR="000F71B3" w:rsidRPr="009D0122" w:rsidRDefault="0086690C" w:rsidP="000F71B3">
      <w:pPr>
        <w:spacing w:line="360" w:lineRule="auto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9D0122">
        <w:rPr>
          <w:rFonts w:asciiTheme="majorHAnsi" w:hAnsiTheme="majorHAnsi" w:cstheme="majorHAnsi"/>
          <w:b/>
          <w:color w:val="000000" w:themeColor="text1"/>
          <w:sz w:val="24"/>
          <w:szCs w:val="24"/>
        </w:rPr>
        <w:t xml:space="preserve">Organizatorzy: </w:t>
      </w:r>
    </w:p>
    <w:p w14:paraId="46E15083" w14:textId="0D63EA3A" w:rsidR="00BC0AB5" w:rsidRPr="009D0122" w:rsidRDefault="00BC0AB5" w:rsidP="000F71B3">
      <w:p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>Wydział Współpracy i Promocji Gminy</w:t>
      </w:r>
      <w:r w:rsidR="00EF2A2B"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>, SPINROCK</w:t>
      </w:r>
      <w:r w:rsidR="005301C1">
        <w:rPr>
          <w:rFonts w:asciiTheme="majorHAnsi" w:hAnsiTheme="majorHAnsi" w:cstheme="majorHAnsi"/>
          <w:color w:val="000000" w:themeColor="text1"/>
          <w:sz w:val="24"/>
          <w:szCs w:val="24"/>
        </w:rPr>
        <w:t>, Tadeusz Szczeciński</w:t>
      </w:r>
    </w:p>
    <w:p w14:paraId="0B055DCA" w14:textId="7C0E2D00" w:rsidR="008F3169" w:rsidRPr="009D0122" w:rsidRDefault="0086690C" w:rsidP="000F71B3">
      <w:p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D0122">
        <w:rPr>
          <w:rFonts w:asciiTheme="majorHAnsi" w:hAnsiTheme="majorHAnsi" w:cstheme="majorHAnsi"/>
          <w:b/>
          <w:color w:val="000000" w:themeColor="text1"/>
          <w:sz w:val="24"/>
          <w:szCs w:val="24"/>
        </w:rPr>
        <w:t xml:space="preserve">Data wydarzenia: </w:t>
      </w:r>
      <w:r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>30 maja 2026 r.</w:t>
      </w:r>
    </w:p>
    <w:p w14:paraId="67EBB917" w14:textId="373C8B1A" w:rsidR="008F3169" w:rsidRPr="009D0122" w:rsidRDefault="0086690C" w:rsidP="000F71B3">
      <w:p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D0122">
        <w:rPr>
          <w:rFonts w:asciiTheme="majorHAnsi" w:hAnsiTheme="majorHAnsi" w:cstheme="majorHAnsi"/>
          <w:b/>
          <w:color w:val="000000" w:themeColor="text1"/>
          <w:sz w:val="24"/>
          <w:szCs w:val="24"/>
        </w:rPr>
        <w:t xml:space="preserve">Miejsce wydarzenia: </w:t>
      </w:r>
      <w:r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Park </w:t>
      </w:r>
      <w:proofErr w:type="spellStart"/>
      <w:r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>Sulecha</w:t>
      </w:r>
      <w:proofErr w:type="spellEnd"/>
      <w:r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, </w:t>
      </w:r>
      <w:r w:rsidR="00BC0AB5"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ul. Janusza Kusocińskiego, </w:t>
      </w:r>
      <w:r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>66-100 Sulechów</w:t>
      </w:r>
    </w:p>
    <w:p w14:paraId="592895B9" w14:textId="77777777" w:rsidR="008F3169" w:rsidRPr="009D0122" w:rsidRDefault="0086690C" w:rsidP="000F71B3">
      <w:pPr>
        <w:pStyle w:val="Nagwek2"/>
        <w:spacing w:line="360" w:lineRule="auto"/>
        <w:rPr>
          <w:rFonts w:cstheme="majorHAnsi"/>
          <w:color w:val="000000" w:themeColor="text1"/>
          <w:sz w:val="24"/>
          <w:szCs w:val="24"/>
        </w:rPr>
      </w:pPr>
      <w:r w:rsidRPr="009D0122">
        <w:rPr>
          <w:rFonts w:cstheme="majorHAnsi"/>
          <w:color w:val="000000" w:themeColor="text1"/>
          <w:sz w:val="24"/>
          <w:szCs w:val="24"/>
        </w:rPr>
        <w:t>1. Cel wydarzenia</w:t>
      </w:r>
    </w:p>
    <w:p w14:paraId="0504C968" w14:textId="79032252" w:rsidR="008F3169" w:rsidRPr="009D0122" w:rsidRDefault="0086690C" w:rsidP="000F71B3">
      <w:p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Celem wystawy jest promocja odpowiedzialnej opieki nad zwierzętami, integracja miłośników psów oraz wsparcie Schroniska dla Zwierząt w </w:t>
      </w:r>
      <w:proofErr w:type="spellStart"/>
      <w:r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>Młodolinie</w:t>
      </w:r>
      <w:proofErr w:type="spellEnd"/>
      <w:r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</w:p>
    <w:p w14:paraId="23AF3D2D" w14:textId="77777777" w:rsidR="008F3169" w:rsidRPr="009D0122" w:rsidRDefault="0086690C" w:rsidP="000F71B3">
      <w:pPr>
        <w:pStyle w:val="Nagwek2"/>
        <w:spacing w:line="360" w:lineRule="auto"/>
        <w:rPr>
          <w:rFonts w:cstheme="majorHAnsi"/>
          <w:color w:val="000000" w:themeColor="text1"/>
          <w:sz w:val="24"/>
          <w:szCs w:val="24"/>
        </w:rPr>
      </w:pPr>
      <w:r w:rsidRPr="009D0122">
        <w:rPr>
          <w:rFonts w:cstheme="majorHAnsi"/>
          <w:color w:val="000000" w:themeColor="text1"/>
          <w:sz w:val="24"/>
          <w:szCs w:val="24"/>
        </w:rPr>
        <w:t>2. Warunki uczestnictwa</w:t>
      </w:r>
    </w:p>
    <w:p w14:paraId="14CAA923" w14:textId="75C7C728" w:rsidR="008F3169" w:rsidRPr="009D0122" w:rsidRDefault="0086690C" w:rsidP="000F71B3">
      <w:pPr>
        <w:pStyle w:val="Listapunktowana"/>
        <w:numPr>
          <w:ilvl w:val="0"/>
          <w:numId w:val="17"/>
        </w:num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>W wystawie mogą brać udział psy w każdym wieku</w:t>
      </w:r>
      <w:r w:rsidR="0008195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. </w:t>
      </w:r>
      <w:r w:rsidR="003C12CC"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>Mile widziane są psy adoptowane ze schronisk.</w:t>
      </w:r>
    </w:p>
    <w:p w14:paraId="3DC769A0" w14:textId="77777777" w:rsidR="008F3169" w:rsidRPr="009D0122" w:rsidRDefault="0086690C" w:rsidP="000F71B3">
      <w:pPr>
        <w:pStyle w:val="Listapunktowana"/>
        <w:numPr>
          <w:ilvl w:val="0"/>
          <w:numId w:val="17"/>
        </w:num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>Psy muszą być zdrowe, zaszczepione oraz posiadać aktualne szczepienie przeciwko wściekliźnie.</w:t>
      </w:r>
    </w:p>
    <w:p w14:paraId="262BE4A9" w14:textId="77777777" w:rsidR="008F3169" w:rsidRPr="009D0122" w:rsidRDefault="0086690C" w:rsidP="000F71B3">
      <w:pPr>
        <w:pStyle w:val="Listapunktowana"/>
        <w:numPr>
          <w:ilvl w:val="0"/>
          <w:numId w:val="17"/>
        </w:num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>Właściciel zobowiązany jest do sprawowania pełnej kontroli nad psem podczas trwania wydarzenia.</w:t>
      </w:r>
    </w:p>
    <w:p w14:paraId="05133F91" w14:textId="77777777" w:rsidR="00DF271B" w:rsidRPr="00201341" w:rsidRDefault="0086690C" w:rsidP="000F71B3">
      <w:pPr>
        <w:pStyle w:val="Listapunktowana"/>
        <w:numPr>
          <w:ilvl w:val="0"/>
          <w:numId w:val="17"/>
        </w:num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Psy agresywne lub zagrażające innym uczestnikom mogą zostać wykluczone </w:t>
      </w:r>
      <w:r w:rsidRPr="00201341">
        <w:rPr>
          <w:rFonts w:asciiTheme="majorHAnsi" w:hAnsiTheme="majorHAnsi" w:cstheme="majorHAnsi"/>
          <w:color w:val="000000" w:themeColor="text1"/>
          <w:sz w:val="24"/>
          <w:szCs w:val="24"/>
        </w:rPr>
        <w:t>decyzją organizatora.</w:t>
      </w:r>
    </w:p>
    <w:p w14:paraId="7CEFF072" w14:textId="63C3D3D8" w:rsidR="008F3169" w:rsidRPr="00201341" w:rsidRDefault="00846B67" w:rsidP="000F71B3">
      <w:pPr>
        <w:pStyle w:val="Listapunktowana"/>
        <w:numPr>
          <w:ilvl w:val="0"/>
          <w:numId w:val="17"/>
        </w:num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201341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Na wystawę zgłaszane są psy </w:t>
      </w:r>
      <w:r w:rsidR="00DF271B" w:rsidRPr="00201341">
        <w:rPr>
          <w:rFonts w:asciiTheme="majorHAnsi" w:hAnsiTheme="majorHAnsi" w:cstheme="majorHAnsi"/>
          <w:color w:val="000000" w:themeColor="text1"/>
          <w:sz w:val="24"/>
          <w:szCs w:val="24"/>
        </w:rPr>
        <w:t>z terenu gminy Sulechów.</w:t>
      </w:r>
    </w:p>
    <w:p w14:paraId="1BE84971" w14:textId="77777777" w:rsidR="008F3169" w:rsidRPr="009D0122" w:rsidRDefault="0086690C" w:rsidP="000F71B3">
      <w:pPr>
        <w:pStyle w:val="Nagwek2"/>
        <w:spacing w:line="360" w:lineRule="auto"/>
        <w:rPr>
          <w:rFonts w:cstheme="majorHAnsi"/>
          <w:color w:val="000000" w:themeColor="text1"/>
          <w:sz w:val="24"/>
          <w:szCs w:val="24"/>
        </w:rPr>
      </w:pPr>
      <w:r w:rsidRPr="009D0122">
        <w:rPr>
          <w:rFonts w:cstheme="majorHAnsi"/>
          <w:color w:val="000000" w:themeColor="text1"/>
          <w:sz w:val="24"/>
          <w:szCs w:val="24"/>
        </w:rPr>
        <w:t>3. Zgłoszenia i opłaty</w:t>
      </w:r>
    </w:p>
    <w:p w14:paraId="395629A0" w14:textId="275E948D" w:rsidR="008F3169" w:rsidRPr="00B74159" w:rsidRDefault="0086690C" w:rsidP="000F71B3">
      <w:pPr>
        <w:pStyle w:val="Listapunktowana"/>
        <w:numPr>
          <w:ilvl w:val="0"/>
          <w:numId w:val="18"/>
        </w:num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7415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Opłata za udział wynosi </w:t>
      </w:r>
      <w:r w:rsidR="006F5D1E" w:rsidRPr="00B7415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nie mniej niż </w:t>
      </w:r>
      <w:r w:rsidRPr="00B74159">
        <w:rPr>
          <w:rFonts w:asciiTheme="majorHAnsi" w:hAnsiTheme="majorHAnsi" w:cstheme="majorHAnsi"/>
          <w:color w:val="000000" w:themeColor="text1"/>
          <w:sz w:val="24"/>
          <w:szCs w:val="24"/>
        </w:rPr>
        <w:t>20 zł za psa</w:t>
      </w:r>
      <w:r w:rsidR="00201341" w:rsidRPr="00B7415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. Pieniądze należy wpłacać </w:t>
      </w:r>
      <w:r w:rsidR="001A48AD" w:rsidRPr="00B7415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na konto bankowe schroniska w </w:t>
      </w:r>
      <w:proofErr w:type="spellStart"/>
      <w:r w:rsidR="001A48AD" w:rsidRPr="00B74159">
        <w:rPr>
          <w:rFonts w:asciiTheme="majorHAnsi" w:hAnsiTheme="majorHAnsi" w:cstheme="majorHAnsi"/>
          <w:color w:val="000000" w:themeColor="text1"/>
          <w:sz w:val="24"/>
          <w:szCs w:val="24"/>
        </w:rPr>
        <w:t>Młodolinie</w:t>
      </w:r>
      <w:proofErr w:type="spellEnd"/>
      <w:r w:rsidR="001A48AD" w:rsidRPr="00B7415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: Santander Bank Polska, 79 1090 1623 0000 0001 5322 0171, w tytule należy wpisać: </w:t>
      </w:r>
      <w:r w:rsidR="00146B6B" w:rsidRPr="00B74159">
        <w:rPr>
          <w:rFonts w:asciiTheme="majorHAnsi" w:hAnsiTheme="majorHAnsi" w:cstheme="majorHAnsi"/>
          <w:color w:val="000000" w:themeColor="text1"/>
          <w:sz w:val="24"/>
          <w:szCs w:val="24"/>
        </w:rPr>
        <w:t>imię i nazwisko właściciela psa oraz imię pupila</w:t>
      </w:r>
      <w:r w:rsidR="001A48AD" w:rsidRPr="00B7415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. Potwierdzenie operacji należy przesłać drogą </w:t>
      </w:r>
      <w:r w:rsidR="006F6513" w:rsidRPr="00B74159">
        <w:rPr>
          <w:rFonts w:asciiTheme="majorHAnsi" w:hAnsiTheme="majorHAnsi" w:cstheme="majorHAnsi"/>
          <w:color w:val="000000" w:themeColor="text1"/>
          <w:sz w:val="24"/>
          <w:szCs w:val="24"/>
        </w:rPr>
        <w:t>e-</w:t>
      </w:r>
      <w:r w:rsidR="001A48AD" w:rsidRPr="00B7415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mailową </w:t>
      </w:r>
      <w:r w:rsidR="006F6513" w:rsidRPr="00B74159">
        <w:rPr>
          <w:rFonts w:asciiTheme="majorHAnsi" w:hAnsiTheme="majorHAnsi" w:cstheme="majorHAnsi"/>
          <w:color w:val="000000" w:themeColor="text1"/>
          <w:sz w:val="24"/>
          <w:szCs w:val="24"/>
        </w:rPr>
        <w:t>pod</w:t>
      </w:r>
      <w:r w:rsidR="001A48AD" w:rsidRPr="00B7415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hyperlink r:id="rId6" w:history="1">
        <w:r w:rsidR="001A48AD" w:rsidRPr="00B74159">
          <w:rPr>
            <w:rStyle w:val="Hipercze"/>
            <w:rFonts w:asciiTheme="majorHAnsi" w:hAnsiTheme="majorHAnsi" w:cstheme="majorHAnsi"/>
            <w:sz w:val="24"/>
            <w:szCs w:val="24"/>
          </w:rPr>
          <w:t>pr@sulechow.pl</w:t>
        </w:r>
      </w:hyperlink>
      <w:r w:rsidR="001A48AD" w:rsidRPr="00B7415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lub dostarczyć osobiście do Urzędu Miejskiego</w:t>
      </w:r>
      <w:r w:rsidR="006F6513" w:rsidRPr="00B7415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Sulechów (Plac Ratuszowy 6</w:t>
      </w:r>
      <w:r w:rsidR="001A48AD" w:rsidRPr="00B7415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, pokój </w:t>
      </w:r>
      <w:r w:rsidR="001F6526" w:rsidRPr="00B7415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nr </w:t>
      </w:r>
      <w:r w:rsidR="001A48AD" w:rsidRPr="00B74159">
        <w:rPr>
          <w:rFonts w:asciiTheme="majorHAnsi" w:hAnsiTheme="majorHAnsi" w:cstheme="majorHAnsi"/>
          <w:color w:val="000000" w:themeColor="text1"/>
          <w:sz w:val="24"/>
          <w:szCs w:val="24"/>
        </w:rPr>
        <w:t>203</w:t>
      </w:r>
      <w:r w:rsidR="006F6513" w:rsidRPr="00B74159">
        <w:rPr>
          <w:rFonts w:asciiTheme="majorHAnsi" w:hAnsiTheme="majorHAnsi" w:cstheme="majorHAnsi"/>
          <w:color w:val="000000" w:themeColor="text1"/>
          <w:sz w:val="24"/>
          <w:szCs w:val="24"/>
        </w:rPr>
        <w:t>)</w:t>
      </w:r>
      <w:r w:rsidR="001A48AD" w:rsidRPr="00B74159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</w:p>
    <w:p w14:paraId="3987B418" w14:textId="0B682378" w:rsidR="008F3169" w:rsidRPr="00B74159" w:rsidRDefault="0086690C" w:rsidP="000F71B3">
      <w:pPr>
        <w:pStyle w:val="Listapunktowana"/>
        <w:numPr>
          <w:ilvl w:val="0"/>
          <w:numId w:val="18"/>
        </w:num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74159">
        <w:rPr>
          <w:rFonts w:asciiTheme="majorHAnsi" w:hAnsiTheme="majorHAnsi" w:cstheme="majorHAnsi"/>
          <w:color w:val="000000" w:themeColor="text1"/>
          <w:sz w:val="24"/>
          <w:szCs w:val="24"/>
        </w:rPr>
        <w:t>Cała kwota</w:t>
      </w:r>
      <w:r w:rsidR="00BC0AB5" w:rsidRPr="00B7415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zebrana podczas wydarzenia</w:t>
      </w:r>
      <w:r w:rsidRPr="00B7415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zostanie przekazana na Schronisko dla Zwierząt w </w:t>
      </w:r>
      <w:proofErr w:type="spellStart"/>
      <w:r w:rsidRPr="00B74159">
        <w:rPr>
          <w:rFonts w:asciiTheme="majorHAnsi" w:hAnsiTheme="majorHAnsi" w:cstheme="majorHAnsi"/>
          <w:color w:val="000000" w:themeColor="text1"/>
          <w:sz w:val="24"/>
          <w:szCs w:val="24"/>
        </w:rPr>
        <w:t>Młodolinie</w:t>
      </w:r>
      <w:proofErr w:type="spellEnd"/>
      <w:r w:rsidRPr="00B74159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</w:p>
    <w:p w14:paraId="2614D5CF" w14:textId="77777777" w:rsidR="008F3169" w:rsidRPr="00B74159" w:rsidRDefault="0086690C" w:rsidP="000F71B3">
      <w:pPr>
        <w:pStyle w:val="Listapunktowana"/>
        <w:numPr>
          <w:ilvl w:val="0"/>
          <w:numId w:val="18"/>
        </w:num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74159">
        <w:rPr>
          <w:rFonts w:asciiTheme="majorHAnsi" w:hAnsiTheme="majorHAnsi" w:cstheme="majorHAnsi"/>
          <w:color w:val="000000" w:themeColor="text1"/>
          <w:sz w:val="24"/>
          <w:szCs w:val="24"/>
        </w:rPr>
        <w:t>Opłata jest bezzwrotna.</w:t>
      </w:r>
    </w:p>
    <w:p w14:paraId="6150BBA2" w14:textId="35255CEE" w:rsidR="000F71B3" w:rsidRPr="009D0122" w:rsidRDefault="0086690C" w:rsidP="000F71B3">
      <w:pPr>
        <w:pStyle w:val="Listapunktowana"/>
        <w:numPr>
          <w:ilvl w:val="0"/>
          <w:numId w:val="18"/>
        </w:num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74159">
        <w:rPr>
          <w:rFonts w:asciiTheme="majorHAnsi" w:hAnsiTheme="majorHAnsi" w:cstheme="majorHAnsi"/>
          <w:color w:val="000000" w:themeColor="text1"/>
          <w:sz w:val="24"/>
          <w:szCs w:val="24"/>
        </w:rPr>
        <w:t>Zgłoszenia</w:t>
      </w:r>
      <w:r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przyjmowane są do wyczerpania limitu miejsc</w:t>
      </w:r>
      <w:r w:rsidR="00BC0AB5"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</w:p>
    <w:p w14:paraId="2F89733F" w14:textId="31557308" w:rsidR="008F3169" w:rsidRPr="00B74159" w:rsidRDefault="0086690C" w:rsidP="000F71B3">
      <w:pPr>
        <w:pStyle w:val="Nagwek2"/>
        <w:spacing w:line="360" w:lineRule="auto"/>
        <w:rPr>
          <w:rFonts w:cstheme="majorHAnsi"/>
          <w:strike/>
          <w:color w:val="000000" w:themeColor="text1"/>
          <w:sz w:val="24"/>
          <w:szCs w:val="24"/>
        </w:rPr>
      </w:pPr>
      <w:r w:rsidRPr="00B74159">
        <w:rPr>
          <w:rFonts w:cstheme="majorHAnsi"/>
          <w:color w:val="000000" w:themeColor="text1"/>
          <w:sz w:val="24"/>
          <w:szCs w:val="24"/>
        </w:rPr>
        <w:t>4. Kategorie</w:t>
      </w:r>
    </w:p>
    <w:p w14:paraId="1E227EEC" w14:textId="39390975" w:rsidR="009D0122" w:rsidRPr="00B74159" w:rsidRDefault="009D0122" w:rsidP="009D0122">
      <w:pPr>
        <w:pStyle w:val="Akapitzlist"/>
        <w:numPr>
          <w:ilvl w:val="0"/>
          <w:numId w:val="19"/>
        </w:numPr>
        <w:rPr>
          <w:rFonts w:asciiTheme="majorHAnsi" w:hAnsiTheme="majorHAnsi" w:cstheme="majorHAnsi"/>
          <w:sz w:val="24"/>
          <w:szCs w:val="24"/>
        </w:rPr>
      </w:pPr>
      <w:r w:rsidRPr="00B74159">
        <w:rPr>
          <w:rFonts w:asciiTheme="majorHAnsi" w:hAnsiTheme="majorHAnsi" w:cstheme="majorHAnsi"/>
          <w:sz w:val="24"/>
          <w:szCs w:val="24"/>
        </w:rPr>
        <w:t>Podaj łapę – najlepiej ułożony pies</w:t>
      </w:r>
    </w:p>
    <w:p w14:paraId="6D3489F4" w14:textId="0DFD0625" w:rsidR="009D0122" w:rsidRPr="00B74159" w:rsidRDefault="00846B67" w:rsidP="009D0122">
      <w:pPr>
        <w:pStyle w:val="Akapitzlist"/>
        <w:numPr>
          <w:ilvl w:val="0"/>
          <w:numId w:val="19"/>
        </w:numPr>
        <w:rPr>
          <w:rFonts w:asciiTheme="majorHAnsi" w:hAnsiTheme="majorHAnsi" w:cstheme="majorHAnsi"/>
          <w:sz w:val="24"/>
          <w:szCs w:val="24"/>
        </w:rPr>
      </w:pPr>
      <w:r w:rsidRPr="00B74159">
        <w:rPr>
          <w:rFonts w:asciiTheme="majorHAnsi" w:hAnsiTheme="majorHAnsi" w:cstheme="majorHAnsi"/>
          <w:sz w:val="24"/>
          <w:szCs w:val="24"/>
        </w:rPr>
        <w:t>Moja druga połowa – p</w:t>
      </w:r>
      <w:r w:rsidR="009D0122" w:rsidRPr="00B74159">
        <w:rPr>
          <w:rFonts w:asciiTheme="majorHAnsi" w:hAnsiTheme="majorHAnsi" w:cstheme="majorHAnsi"/>
          <w:sz w:val="24"/>
          <w:szCs w:val="24"/>
        </w:rPr>
        <w:t>ies najbardziej podobny do właściciela</w:t>
      </w:r>
    </w:p>
    <w:p w14:paraId="13A7ADAD" w14:textId="2CA805A8" w:rsidR="009D0122" w:rsidRPr="00B74159" w:rsidRDefault="009D0122" w:rsidP="009D0122">
      <w:pPr>
        <w:pStyle w:val="Akapitzlist"/>
        <w:numPr>
          <w:ilvl w:val="0"/>
          <w:numId w:val="19"/>
        </w:numPr>
        <w:rPr>
          <w:rFonts w:asciiTheme="majorHAnsi" w:hAnsiTheme="majorHAnsi" w:cstheme="majorHAnsi"/>
          <w:sz w:val="24"/>
          <w:szCs w:val="24"/>
        </w:rPr>
      </w:pPr>
      <w:r w:rsidRPr="00B74159">
        <w:rPr>
          <w:rFonts w:asciiTheme="majorHAnsi" w:hAnsiTheme="majorHAnsi" w:cstheme="majorHAnsi"/>
          <w:sz w:val="24"/>
          <w:szCs w:val="24"/>
        </w:rPr>
        <w:t>Dostojny senior – psy powyżej ósmego roku życia.</w:t>
      </w:r>
    </w:p>
    <w:p w14:paraId="3984C37D" w14:textId="77777777" w:rsidR="008F3169" w:rsidRPr="009D0122" w:rsidRDefault="0086690C" w:rsidP="000F71B3">
      <w:p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>Organizator zastrzega sobie prawo do zmiany lub rozszerzenia kategorii.</w:t>
      </w:r>
    </w:p>
    <w:p w14:paraId="354C625C" w14:textId="77777777" w:rsidR="008F3169" w:rsidRPr="009D0122" w:rsidRDefault="0086690C" w:rsidP="000F71B3">
      <w:pPr>
        <w:pStyle w:val="Nagwek2"/>
        <w:spacing w:line="360" w:lineRule="auto"/>
        <w:rPr>
          <w:rFonts w:cstheme="majorHAnsi"/>
          <w:color w:val="000000" w:themeColor="text1"/>
          <w:sz w:val="24"/>
          <w:szCs w:val="24"/>
        </w:rPr>
      </w:pPr>
      <w:r w:rsidRPr="009D0122">
        <w:rPr>
          <w:rFonts w:cstheme="majorHAnsi"/>
          <w:color w:val="000000" w:themeColor="text1"/>
          <w:sz w:val="24"/>
          <w:szCs w:val="24"/>
        </w:rPr>
        <w:t>5. Zasady bezpieczeństwa</w:t>
      </w:r>
    </w:p>
    <w:p w14:paraId="4E6635FE" w14:textId="72F9A1DC" w:rsidR="008F3169" w:rsidRPr="009D0122" w:rsidRDefault="0086690C" w:rsidP="000F71B3">
      <w:pPr>
        <w:pStyle w:val="Listapunktowana"/>
        <w:numPr>
          <w:ilvl w:val="0"/>
          <w:numId w:val="12"/>
        </w:num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Psy muszą przebywać na smyczy; psy ras uznanych za agresywne </w:t>
      </w:r>
      <w:r w:rsidR="00BC0AB5"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– </w:t>
      </w:r>
      <w:r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>dodatkowo w</w:t>
      </w:r>
      <w:r w:rsidR="00BC0AB5"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> </w:t>
      </w:r>
      <w:r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>kagańcu.</w:t>
      </w:r>
    </w:p>
    <w:p w14:paraId="4232318E" w14:textId="77777777" w:rsidR="008F3169" w:rsidRPr="009D0122" w:rsidRDefault="0086690C" w:rsidP="000F71B3">
      <w:pPr>
        <w:pStyle w:val="Listapunktowana"/>
        <w:numPr>
          <w:ilvl w:val="0"/>
          <w:numId w:val="12"/>
        </w:num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>Właściciel ponosi pełną odpowiedzialność za zachowanie swojego psa.</w:t>
      </w:r>
    </w:p>
    <w:p w14:paraId="1AA3FE16" w14:textId="77777777" w:rsidR="008F3169" w:rsidRPr="009D0122" w:rsidRDefault="0086690C" w:rsidP="000F71B3">
      <w:pPr>
        <w:pStyle w:val="Listapunktowana"/>
        <w:numPr>
          <w:ilvl w:val="0"/>
          <w:numId w:val="12"/>
        </w:num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>Uczestnicy zobowiązani są do sprzątania po swoich zwierzętach.</w:t>
      </w:r>
    </w:p>
    <w:p w14:paraId="2057623E" w14:textId="77777777" w:rsidR="008F3169" w:rsidRPr="009D0122" w:rsidRDefault="0086690C" w:rsidP="000F71B3">
      <w:pPr>
        <w:pStyle w:val="Listapunktowana"/>
        <w:numPr>
          <w:ilvl w:val="0"/>
          <w:numId w:val="12"/>
        </w:num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>Zabrania się pozostawiania psów bez opieki.</w:t>
      </w:r>
    </w:p>
    <w:p w14:paraId="5360AC9B" w14:textId="77777777" w:rsidR="008F3169" w:rsidRPr="009D0122" w:rsidRDefault="0086690C" w:rsidP="000F71B3">
      <w:pPr>
        <w:pStyle w:val="Nagwek2"/>
        <w:spacing w:line="360" w:lineRule="auto"/>
        <w:rPr>
          <w:rFonts w:cstheme="majorHAnsi"/>
          <w:color w:val="000000" w:themeColor="text1"/>
          <w:sz w:val="24"/>
          <w:szCs w:val="24"/>
        </w:rPr>
      </w:pPr>
      <w:r w:rsidRPr="009D0122">
        <w:rPr>
          <w:rFonts w:cstheme="majorHAnsi"/>
          <w:color w:val="000000" w:themeColor="text1"/>
          <w:sz w:val="24"/>
          <w:szCs w:val="24"/>
        </w:rPr>
        <w:t>6. Ocena i nagrody</w:t>
      </w:r>
    </w:p>
    <w:p w14:paraId="3ECA861C" w14:textId="33766C57" w:rsidR="008F3169" w:rsidRPr="009D0122" w:rsidRDefault="00BC0AB5" w:rsidP="000F71B3">
      <w:pPr>
        <w:pStyle w:val="Listapunktowana"/>
        <w:numPr>
          <w:ilvl w:val="0"/>
          <w:numId w:val="13"/>
        </w:num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>Psy zgłoszone na wystawę ocenia</w:t>
      </w:r>
      <w:r w:rsidR="0086690C"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powołana komisja.</w:t>
      </w:r>
    </w:p>
    <w:p w14:paraId="7A87A4CE" w14:textId="77777777" w:rsidR="008F3169" w:rsidRPr="009D0122" w:rsidRDefault="0086690C" w:rsidP="000F71B3">
      <w:pPr>
        <w:pStyle w:val="Listapunktowana"/>
        <w:numPr>
          <w:ilvl w:val="0"/>
          <w:numId w:val="13"/>
        </w:num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>Decyzje jury są ostateczne i niepodważalne.</w:t>
      </w:r>
    </w:p>
    <w:p w14:paraId="40CA5B5C" w14:textId="77777777" w:rsidR="008F3169" w:rsidRPr="009D0122" w:rsidRDefault="0086690C" w:rsidP="000F71B3">
      <w:pPr>
        <w:pStyle w:val="Listapunktowana"/>
        <w:numPr>
          <w:ilvl w:val="0"/>
          <w:numId w:val="13"/>
        </w:num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>Organizator przewiduje dyplomy, nagrody rzeczowe oraz wyróżnienia.</w:t>
      </w:r>
    </w:p>
    <w:p w14:paraId="2E1FC13F" w14:textId="77777777" w:rsidR="008F3169" w:rsidRPr="009D0122" w:rsidRDefault="0086690C" w:rsidP="000F71B3">
      <w:pPr>
        <w:pStyle w:val="Nagwek2"/>
        <w:spacing w:line="360" w:lineRule="auto"/>
        <w:rPr>
          <w:rFonts w:cstheme="majorHAnsi"/>
          <w:color w:val="000000" w:themeColor="text1"/>
          <w:sz w:val="24"/>
          <w:szCs w:val="24"/>
        </w:rPr>
      </w:pPr>
      <w:r w:rsidRPr="009D0122">
        <w:rPr>
          <w:rFonts w:cstheme="majorHAnsi"/>
          <w:color w:val="000000" w:themeColor="text1"/>
          <w:sz w:val="24"/>
          <w:szCs w:val="24"/>
        </w:rPr>
        <w:t>7. Odpowiedzialność organizatora</w:t>
      </w:r>
    </w:p>
    <w:p w14:paraId="13456C26" w14:textId="77777777" w:rsidR="008F3169" w:rsidRPr="009D0122" w:rsidRDefault="0086690C" w:rsidP="000F71B3">
      <w:pPr>
        <w:pStyle w:val="Listapunktowana"/>
        <w:numPr>
          <w:ilvl w:val="0"/>
          <w:numId w:val="14"/>
        </w:num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>Organizator nie ponosi odpowiedzialności za szkody wyrządzone przez psy.</w:t>
      </w:r>
    </w:p>
    <w:p w14:paraId="6952B49C" w14:textId="77777777" w:rsidR="008F3169" w:rsidRPr="009D0122" w:rsidRDefault="0086690C" w:rsidP="000F71B3">
      <w:pPr>
        <w:pStyle w:val="Listapunktowana"/>
        <w:numPr>
          <w:ilvl w:val="0"/>
          <w:numId w:val="14"/>
        </w:num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>Organizator nie odpowiada za rzeczy zgubione lub skradzione podczas wydarzenia.</w:t>
      </w:r>
    </w:p>
    <w:p w14:paraId="24E7B777" w14:textId="77777777" w:rsidR="008F3169" w:rsidRPr="009D0122" w:rsidRDefault="0086690C" w:rsidP="000F71B3">
      <w:pPr>
        <w:pStyle w:val="Listapunktowana"/>
        <w:numPr>
          <w:ilvl w:val="0"/>
          <w:numId w:val="14"/>
        </w:num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>Organizator zastrzega sobie prawo do zmian w harmonogramie wydarzenia.</w:t>
      </w:r>
    </w:p>
    <w:p w14:paraId="68760E32" w14:textId="77777777" w:rsidR="008F3169" w:rsidRPr="009D0122" w:rsidRDefault="0086690C" w:rsidP="000F71B3">
      <w:pPr>
        <w:pStyle w:val="Nagwek2"/>
        <w:spacing w:line="360" w:lineRule="auto"/>
        <w:rPr>
          <w:rFonts w:cstheme="majorHAnsi"/>
          <w:color w:val="000000" w:themeColor="text1"/>
          <w:sz w:val="24"/>
          <w:szCs w:val="24"/>
        </w:rPr>
      </w:pPr>
      <w:r w:rsidRPr="009D0122">
        <w:rPr>
          <w:rFonts w:cstheme="majorHAnsi"/>
          <w:color w:val="000000" w:themeColor="text1"/>
          <w:sz w:val="24"/>
          <w:szCs w:val="24"/>
        </w:rPr>
        <w:lastRenderedPageBreak/>
        <w:t>8. Zgoda na wizerunek i dane</w:t>
      </w:r>
    </w:p>
    <w:p w14:paraId="140B7653" w14:textId="2AF4E0BC" w:rsidR="008F3169" w:rsidRPr="009D0122" w:rsidRDefault="0086690C" w:rsidP="000F71B3">
      <w:pPr>
        <w:pStyle w:val="Listapunktowana"/>
        <w:numPr>
          <w:ilvl w:val="0"/>
          <w:numId w:val="15"/>
        </w:num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Udział </w:t>
      </w:r>
      <w:r w:rsidR="00BC0AB5"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w wydarzeniu </w:t>
      </w:r>
      <w:r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>oznacza zgodę na fotografowanie i publikację zdjęć w</w:t>
      </w:r>
      <w:r w:rsidR="00BC0AB5"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> </w:t>
      </w:r>
      <w:r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>celach promocyjnych</w:t>
      </w:r>
      <w:r w:rsidR="00BC0AB5"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(zarówno zwierząt, jak ich właścicieli)</w:t>
      </w:r>
      <w:r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</w:p>
    <w:p w14:paraId="16C6FFAF" w14:textId="77777777" w:rsidR="008F3169" w:rsidRPr="009D0122" w:rsidRDefault="0086690C" w:rsidP="000F71B3">
      <w:pPr>
        <w:pStyle w:val="Listapunktowana"/>
        <w:numPr>
          <w:ilvl w:val="0"/>
          <w:numId w:val="15"/>
        </w:num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>Dane osobowe uczestników będą przetwarzane wyłącznie na potrzeby organizacji wydarzenia.</w:t>
      </w:r>
    </w:p>
    <w:p w14:paraId="6B4B9285" w14:textId="77777777" w:rsidR="008F3169" w:rsidRPr="009D0122" w:rsidRDefault="0086690C" w:rsidP="000F71B3">
      <w:pPr>
        <w:pStyle w:val="Nagwek2"/>
        <w:spacing w:line="360" w:lineRule="auto"/>
        <w:rPr>
          <w:rFonts w:cstheme="majorHAnsi"/>
          <w:color w:val="000000" w:themeColor="text1"/>
          <w:sz w:val="24"/>
          <w:szCs w:val="24"/>
        </w:rPr>
      </w:pPr>
      <w:r w:rsidRPr="009D0122">
        <w:rPr>
          <w:rFonts w:cstheme="majorHAnsi"/>
          <w:color w:val="000000" w:themeColor="text1"/>
          <w:sz w:val="24"/>
          <w:szCs w:val="24"/>
        </w:rPr>
        <w:t>9. Postanowienia końcowe</w:t>
      </w:r>
    </w:p>
    <w:p w14:paraId="4D40F020" w14:textId="77777777" w:rsidR="008F3169" w:rsidRPr="009D0122" w:rsidRDefault="0086690C" w:rsidP="000F71B3">
      <w:pPr>
        <w:pStyle w:val="Listapunktowana"/>
        <w:numPr>
          <w:ilvl w:val="0"/>
          <w:numId w:val="16"/>
        </w:num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>Udział w wystawie oznacza akceptację niniejszego regulaminu.</w:t>
      </w:r>
    </w:p>
    <w:p w14:paraId="4F48E68C" w14:textId="77777777" w:rsidR="008F3169" w:rsidRPr="009D0122" w:rsidRDefault="0086690C" w:rsidP="000F71B3">
      <w:pPr>
        <w:pStyle w:val="Listapunktowana"/>
        <w:numPr>
          <w:ilvl w:val="0"/>
          <w:numId w:val="16"/>
        </w:num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>Organizator zastrzega sobie prawo do interpretacji regulaminu.</w:t>
      </w:r>
    </w:p>
    <w:p w14:paraId="3AC16A6B" w14:textId="77777777" w:rsidR="008F3169" w:rsidRPr="009D0122" w:rsidRDefault="0086690C" w:rsidP="000F71B3">
      <w:pPr>
        <w:pStyle w:val="Listapunktowana"/>
        <w:numPr>
          <w:ilvl w:val="0"/>
          <w:numId w:val="16"/>
        </w:num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>W sprawach nieuregulowanych decyzję podejmuje organizator.</w:t>
      </w:r>
    </w:p>
    <w:p w14:paraId="316B4FEB" w14:textId="48180384" w:rsidR="005A2C75" w:rsidRDefault="005A2C75" w:rsidP="000F71B3">
      <w:pPr>
        <w:pStyle w:val="Listapunktowana"/>
        <w:numPr>
          <w:ilvl w:val="0"/>
          <w:numId w:val="16"/>
        </w:num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>Organizator zastrzega sobie prawo do zmiany terminu wystawy (ze względu na pogodę).</w:t>
      </w:r>
    </w:p>
    <w:p w14:paraId="6E23ACB7" w14:textId="550C39C2" w:rsidR="009D0122" w:rsidRPr="009D0122" w:rsidRDefault="009D0122" w:rsidP="000F71B3">
      <w:pPr>
        <w:pStyle w:val="Listapunktowana"/>
        <w:numPr>
          <w:ilvl w:val="0"/>
          <w:numId w:val="16"/>
        </w:num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Pod wyrażeniem „pies” użytym w niniejszym regulaminie rozumie się zarówno samce, jak i </w:t>
      </w:r>
      <w:r w:rsidR="00201341">
        <w:rPr>
          <w:rFonts w:asciiTheme="majorHAnsi" w:hAnsiTheme="majorHAnsi" w:cstheme="majorHAnsi"/>
          <w:color w:val="000000" w:themeColor="text1"/>
          <w:sz w:val="24"/>
          <w:szCs w:val="24"/>
        </w:rPr>
        <w:t>samice psa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</w:p>
    <w:p w14:paraId="291C5161" w14:textId="0A7D0E62" w:rsidR="008F3169" w:rsidRPr="009D0122" w:rsidRDefault="0086690C" w:rsidP="000F71B3">
      <w:pPr>
        <w:pStyle w:val="Nagwek2"/>
        <w:spacing w:line="360" w:lineRule="auto"/>
        <w:rPr>
          <w:rFonts w:cstheme="majorHAnsi"/>
          <w:color w:val="000000" w:themeColor="text1"/>
          <w:sz w:val="24"/>
          <w:szCs w:val="24"/>
        </w:rPr>
      </w:pPr>
      <w:r w:rsidRPr="009D0122">
        <w:rPr>
          <w:rFonts w:cstheme="majorHAnsi"/>
          <w:color w:val="000000" w:themeColor="text1"/>
          <w:sz w:val="24"/>
          <w:szCs w:val="24"/>
        </w:rPr>
        <w:t xml:space="preserve">Kontakt </w:t>
      </w:r>
      <w:r w:rsidR="006F6513" w:rsidRPr="009D0122">
        <w:rPr>
          <w:rFonts w:cstheme="majorHAnsi"/>
          <w:color w:val="000000" w:themeColor="text1"/>
          <w:sz w:val="24"/>
          <w:szCs w:val="24"/>
        </w:rPr>
        <w:t>z</w:t>
      </w:r>
      <w:r w:rsidRPr="009D0122">
        <w:rPr>
          <w:rFonts w:cstheme="majorHAnsi"/>
          <w:color w:val="000000" w:themeColor="text1"/>
          <w:sz w:val="24"/>
          <w:szCs w:val="24"/>
        </w:rPr>
        <w:t xml:space="preserve"> organizator</w:t>
      </w:r>
      <w:r w:rsidR="006F6513" w:rsidRPr="009D0122">
        <w:rPr>
          <w:rFonts w:cstheme="majorHAnsi"/>
          <w:color w:val="000000" w:themeColor="text1"/>
          <w:sz w:val="24"/>
          <w:szCs w:val="24"/>
        </w:rPr>
        <w:t>em:</w:t>
      </w:r>
    </w:p>
    <w:p w14:paraId="3E6ACD28" w14:textId="323787EF" w:rsidR="008F3169" w:rsidRPr="009D0122" w:rsidRDefault="00BC0AB5" w:rsidP="000F71B3">
      <w:p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Wydział Współpracy i Promocji Gminy, tel. 68 385 11 72 lub 68 385 11 58, e-mail </w:t>
      </w:r>
      <w:hyperlink r:id="rId7" w:history="1">
        <w:r w:rsidR="00D05DF2" w:rsidRPr="009D0122">
          <w:rPr>
            <w:rStyle w:val="Hipercze"/>
            <w:rFonts w:asciiTheme="majorHAnsi" w:hAnsiTheme="majorHAnsi" w:cstheme="majorHAnsi"/>
            <w:sz w:val="24"/>
            <w:szCs w:val="24"/>
          </w:rPr>
          <w:t>pr@sulechow.pl</w:t>
        </w:r>
      </w:hyperlink>
      <w:r w:rsidRPr="009D0122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</w:p>
    <w:p w14:paraId="7A7A8809" w14:textId="77777777" w:rsidR="00D05DF2" w:rsidRPr="009D0122" w:rsidRDefault="00D05DF2" w:rsidP="000F71B3">
      <w:p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7D8D4BAF" w14:textId="77777777" w:rsidR="00D05DF2" w:rsidRPr="009D0122" w:rsidRDefault="00D05DF2" w:rsidP="000F71B3">
      <w:p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sectPr w:rsidR="00D05DF2" w:rsidRPr="009D012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B7CA70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091130"/>
    <w:multiLevelType w:val="hybridMultilevel"/>
    <w:tmpl w:val="EB6E88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941E5A"/>
    <w:multiLevelType w:val="hybridMultilevel"/>
    <w:tmpl w:val="2BE66A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2108E7"/>
    <w:multiLevelType w:val="hybridMultilevel"/>
    <w:tmpl w:val="5BBA5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533D95"/>
    <w:multiLevelType w:val="hybridMultilevel"/>
    <w:tmpl w:val="564293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4F5CA2"/>
    <w:multiLevelType w:val="hybridMultilevel"/>
    <w:tmpl w:val="EF5416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C34206"/>
    <w:multiLevelType w:val="hybridMultilevel"/>
    <w:tmpl w:val="29A29E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FA3FE9"/>
    <w:multiLevelType w:val="multilevel"/>
    <w:tmpl w:val="27C87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761A2B"/>
    <w:multiLevelType w:val="hybridMultilevel"/>
    <w:tmpl w:val="2B6EA4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0E4208"/>
    <w:multiLevelType w:val="hybridMultilevel"/>
    <w:tmpl w:val="F7341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0E6212"/>
    <w:multiLevelType w:val="hybridMultilevel"/>
    <w:tmpl w:val="43D83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788660">
    <w:abstractNumId w:val="8"/>
  </w:num>
  <w:num w:numId="2" w16cid:durableId="1539703861">
    <w:abstractNumId w:val="6"/>
  </w:num>
  <w:num w:numId="3" w16cid:durableId="1408646094">
    <w:abstractNumId w:val="5"/>
  </w:num>
  <w:num w:numId="4" w16cid:durableId="103499371">
    <w:abstractNumId w:val="4"/>
  </w:num>
  <w:num w:numId="5" w16cid:durableId="1089808949">
    <w:abstractNumId w:val="7"/>
  </w:num>
  <w:num w:numId="6" w16cid:durableId="914360920">
    <w:abstractNumId w:val="3"/>
  </w:num>
  <w:num w:numId="7" w16cid:durableId="1956400474">
    <w:abstractNumId w:val="2"/>
  </w:num>
  <w:num w:numId="8" w16cid:durableId="599290921">
    <w:abstractNumId w:val="1"/>
  </w:num>
  <w:num w:numId="9" w16cid:durableId="1052341183">
    <w:abstractNumId w:val="0"/>
  </w:num>
  <w:num w:numId="10" w16cid:durableId="1223828973">
    <w:abstractNumId w:val="15"/>
  </w:num>
  <w:num w:numId="11" w16cid:durableId="1533609963">
    <w:abstractNumId w:val="9"/>
  </w:num>
  <w:num w:numId="12" w16cid:durableId="1541166453">
    <w:abstractNumId w:val="14"/>
  </w:num>
  <w:num w:numId="13" w16cid:durableId="1262296615">
    <w:abstractNumId w:val="10"/>
  </w:num>
  <w:num w:numId="14" w16cid:durableId="461385787">
    <w:abstractNumId w:val="17"/>
  </w:num>
  <w:num w:numId="15" w16cid:durableId="360979914">
    <w:abstractNumId w:val="13"/>
  </w:num>
  <w:num w:numId="16" w16cid:durableId="1957180455">
    <w:abstractNumId w:val="18"/>
  </w:num>
  <w:num w:numId="17" w16cid:durableId="216862930">
    <w:abstractNumId w:val="11"/>
  </w:num>
  <w:num w:numId="18" w16cid:durableId="1404135724">
    <w:abstractNumId w:val="12"/>
  </w:num>
  <w:num w:numId="19" w16cid:durableId="3861535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1957"/>
    <w:rsid w:val="000F71B3"/>
    <w:rsid w:val="00146B6B"/>
    <w:rsid w:val="0015074B"/>
    <w:rsid w:val="0018273D"/>
    <w:rsid w:val="001A48AD"/>
    <w:rsid w:val="001E7580"/>
    <w:rsid w:val="001F6526"/>
    <w:rsid w:val="00201341"/>
    <w:rsid w:val="00235752"/>
    <w:rsid w:val="00245FC2"/>
    <w:rsid w:val="002547F5"/>
    <w:rsid w:val="0029639D"/>
    <w:rsid w:val="002978A1"/>
    <w:rsid w:val="002D19A8"/>
    <w:rsid w:val="00326F90"/>
    <w:rsid w:val="003C12CC"/>
    <w:rsid w:val="00505552"/>
    <w:rsid w:val="005301C1"/>
    <w:rsid w:val="005A2C75"/>
    <w:rsid w:val="005C7D52"/>
    <w:rsid w:val="00623612"/>
    <w:rsid w:val="00642FA9"/>
    <w:rsid w:val="006F5D1E"/>
    <w:rsid w:val="006F6513"/>
    <w:rsid w:val="00712D07"/>
    <w:rsid w:val="00846B67"/>
    <w:rsid w:val="0086690C"/>
    <w:rsid w:val="008F3169"/>
    <w:rsid w:val="009D0122"/>
    <w:rsid w:val="00A422C0"/>
    <w:rsid w:val="00AA1D8D"/>
    <w:rsid w:val="00B47730"/>
    <w:rsid w:val="00B74159"/>
    <w:rsid w:val="00BC0AB5"/>
    <w:rsid w:val="00CB0664"/>
    <w:rsid w:val="00D05DF2"/>
    <w:rsid w:val="00D3306C"/>
    <w:rsid w:val="00D71193"/>
    <w:rsid w:val="00DA28DE"/>
    <w:rsid w:val="00DF271B"/>
    <w:rsid w:val="00E27ABD"/>
    <w:rsid w:val="00E94ABB"/>
    <w:rsid w:val="00EB0D77"/>
    <w:rsid w:val="00EF2A2B"/>
    <w:rsid w:val="00F45F50"/>
    <w:rsid w:val="00F53B73"/>
    <w:rsid w:val="00FC693F"/>
    <w:rsid w:val="00FD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3F6BA2"/>
  <w14:defaultImageDpi w14:val="300"/>
  <w15:docId w15:val="{25B79F8D-6D28-484D-A350-B9D16532E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1A48A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48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@sulecho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@sulech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3</Pages>
  <Words>471</Words>
  <Characters>2827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3292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Marzena Arendt-Wilczyńska</cp:lastModifiedBy>
  <cp:revision>23</cp:revision>
  <dcterms:created xsi:type="dcterms:W3CDTF">2026-02-12T13:44:00Z</dcterms:created>
  <dcterms:modified xsi:type="dcterms:W3CDTF">2026-04-15T07:12:00Z</dcterms:modified>
  <cp:category/>
</cp:coreProperties>
</file>